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 &amp; UNDERSTAND</w:t>
      </w:r>
    </w:p>
    <w:p>
      <w:r>
        <w:t>The Funny Family Photo - English / Class 4</w:t>
      </w:r>
    </w:p>
    <w:p>
      <w:r>
        <w:t>Name: ______________________    Class: ________    Date: __________</w:t>
      </w:r>
    </w:p>
    <w:p>
      <w:pPr>
        <w:pStyle w:val="Heading1"/>
      </w:pPr>
      <w:r>
        <w:t>1. Match the words with the meaning.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1. grandma</w:t>
            </w:r>
          </w:p>
        </w:tc>
        <w:tc>
          <w:tcPr>
            <w:tcW w:type="dxa" w:w="4986"/>
          </w:tcPr>
          <w:p>
            <w:r>
              <w:t>A. cane</w:t>
            </w:r>
          </w:p>
        </w:tc>
      </w:tr>
      <w:tr>
        <w:tc>
          <w:tcPr>
            <w:tcW w:type="dxa" w:w="4986"/>
          </w:tcPr>
          <w:p>
            <w:r>
              <w:t>2. camera</w:t>
            </w:r>
          </w:p>
        </w:tc>
        <w:tc>
          <w:tcPr>
            <w:tcW w:type="dxa" w:w="4986"/>
          </w:tcPr>
          <w:p>
            <w:r>
              <w:t>B. fiori</w:t>
            </w:r>
          </w:p>
        </w:tc>
      </w:tr>
      <w:tr>
        <w:tc>
          <w:tcPr>
            <w:tcW w:type="dxa" w:w="4986"/>
          </w:tcPr>
          <w:p>
            <w:r>
              <w:t>3. bouquet</w:t>
            </w:r>
          </w:p>
        </w:tc>
        <w:tc>
          <w:tcPr>
            <w:tcW w:type="dxa" w:w="4986"/>
          </w:tcPr>
          <w:p>
            <w:r>
              <w:t>C. mazzo di fiori</w:t>
            </w:r>
          </w:p>
        </w:tc>
      </w:tr>
      <w:tr>
        <w:tc>
          <w:tcPr>
            <w:tcW w:type="dxa" w:w="4986"/>
          </w:tcPr>
          <w:p>
            <w:r>
              <w:t>4. flowers</w:t>
            </w:r>
          </w:p>
        </w:tc>
        <w:tc>
          <w:tcPr>
            <w:tcW w:type="dxa" w:w="4986"/>
          </w:tcPr>
          <w:p>
            <w:r>
              <w:t>D. nonna</w:t>
            </w:r>
          </w:p>
        </w:tc>
      </w:tr>
      <w:tr>
        <w:tc>
          <w:tcPr>
            <w:tcW w:type="dxa" w:w="4986"/>
          </w:tcPr>
          <w:p>
            <w:r>
              <w:t>5. photo</w:t>
            </w:r>
          </w:p>
        </w:tc>
        <w:tc>
          <w:tcPr>
            <w:tcW w:type="dxa" w:w="4986"/>
          </w:tcPr>
          <w:p>
            <w:r>
              <w:t>E. fotografia</w:t>
            </w:r>
          </w:p>
        </w:tc>
      </w:tr>
      <w:tr>
        <w:tc>
          <w:tcPr>
            <w:tcW w:type="dxa" w:w="4986"/>
          </w:tcPr>
          <w:p>
            <w:r>
              <w:t>6. dog</w:t>
            </w:r>
          </w:p>
        </w:tc>
        <w:tc>
          <w:tcPr>
            <w:tcW w:type="dxa" w:w="4986"/>
          </w:tcPr>
          <w:p>
            <w:r>
              <w:t>F. macchina fotografica</w:t>
            </w:r>
          </w:p>
        </w:tc>
      </w:tr>
    </w:tbl>
    <w:p>
      <w:pPr>
        <w:pStyle w:val="Heading1"/>
      </w:pPr>
      <w:r>
        <w:t>2. True or false? Tick the correct box.</w:t>
      </w:r>
    </w:p>
    <w:p>
      <w:r>
        <w:t>The family wants to take a photo.    [  ] True     [  ] False</w:t>
      </w:r>
    </w:p>
    <w:p>
      <w:r>
        <w:t>Grandma holds a football.    [  ] True     [  ] False</w:t>
      </w:r>
    </w:p>
    <w:p>
      <w:r>
        <w:t>Dad can set the camera timer.    [  ] True     [  ] False</w:t>
      </w:r>
    </w:p>
    <w:p>
      <w:r>
        <w:t>Puddle takes Grandma's flowers.    [  ] True     [  ] False</w:t>
      </w:r>
    </w:p>
    <w:p>
      <w:r>
        <w:t>The family is sad at the end.    [  ] True     [  ] False</w:t>
      </w:r>
    </w:p>
    <w:p>
      <w:pPr>
        <w:pStyle w:val="Heading1"/>
      </w:pPr>
      <w:r>
        <w:t>3. Answer in English.</w:t>
      </w:r>
    </w:p>
    <w:p>
      <w:r>
        <w:t>Who takes Grandma's flowers?</w:t>
      </w:r>
    </w:p>
    <w:p>
      <w:r>
        <w:t>________________________________________________________________</w:t>
      </w:r>
    </w:p>
    <w:p>
      <w:r>
        <w:t>Why is the photo funny?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LET'S SPEAK ENGLISH</w:t>
      </w:r>
    </w:p>
    <w:p>
      <w:r>
        <w:t>Use can and can't to talk about the characters.</w:t>
      </w:r>
    </w:p>
    <w:p>
      <w:r>
        <w:t>Name: ______________________    Class: ________    Date: __________</w:t>
      </w:r>
    </w:p>
    <w:p>
      <w:pPr>
        <w:pStyle w:val="Heading1"/>
      </w:pPr>
      <w:r>
        <w:t>4. Complete with CAN or CAN'T.</w:t>
      </w:r>
    </w:p>
    <w:p>
      <w:r>
        <w:t>Grandma ______ hold the flowers.</w:t>
      </w:r>
    </w:p>
    <w:p>
      <w:r>
        <w:t>Dad ______ set the camera timer.</w:t>
      </w:r>
    </w:p>
    <w:p>
      <w:r>
        <w:t>Grandma ______ run fast.</w:t>
      </w:r>
    </w:p>
    <w:p>
      <w:r>
        <w:t>Zara ______ help Grandma.</w:t>
      </w:r>
    </w:p>
    <w:p>
      <w:r>
        <w:t>The family ______ stand still for the photo.</w:t>
      </w:r>
    </w:p>
    <w:p>
      <w:pPr>
        <w:pStyle w:val="Heading1"/>
      </w:pPr>
      <w:r>
        <w:t>5. Who says it? Match the character to the action.</w:t>
      </w:r>
    </w:p>
    <w:p>
      <w:r>
        <w:t>A. Zara           1. sets the timer</w:t>
      </w:r>
    </w:p>
    <w:p>
      <w:r>
        <w:t>B. Dad            2. offers to help</w:t>
      </w:r>
    </w:p>
    <w:p>
      <w:r>
        <w:t>C. Grandma        3. holds the flowers</w:t>
      </w:r>
    </w:p>
    <w:p>
      <w:pPr>
        <w:pStyle w:val="Heading1"/>
      </w:pPr>
      <w:r>
        <w:t>6. Act it out with a partner!</w:t>
      </w:r>
    </w:p>
    <w:p>
      <w:r>
        <w:t>Student A: Can you run fast?</w:t>
      </w:r>
    </w:p>
    <w:p>
      <w:r>
        <w:t>Student B: Yes, I can! / No, I can't!</w:t>
      </w:r>
    </w:p>
    <w:p>
      <w:r>
        <w:t>Now ask: Can you dance? Can you swim? Can you sing?</w:t>
      </w:r>
    </w:p>
    <w:p>
      <w:r>
        <w:br w:type="page"/>
      </w:r>
    </w:p>
    <w:p>
      <w:pPr>
        <w:pStyle w:val="Title"/>
      </w:pPr>
      <w:r>
        <w:t>MY NEW COMIC PANEL</w:t>
      </w:r>
    </w:p>
    <w:p>
      <w:r>
        <w:t>A funny ending: you are the comic author!</w:t>
      </w:r>
    </w:p>
    <w:p>
      <w:r>
        <w:t>Name: ______________________    Class: ________    Date: __________</w:t>
      </w:r>
    </w:p>
    <w:p>
      <w:pPr>
        <w:pStyle w:val="Heading1"/>
      </w:pPr>
      <w:r>
        <w:t>7. Draw what happens to the flowers next.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pStyle w:val="Heading1"/>
      </w:pPr>
      <w:r>
        <w:t>8. Write two speech bubbles in English.</w:t>
      </w:r>
    </w:p>
    <w:p>
      <w:r>
        <w:t>Character 1 says: ___________________________________________________</w:t>
      </w:r>
    </w:p>
    <w:p>
      <w:r>
        <w:t>Character 2 says: ___________________________________________________</w:t>
      </w:r>
    </w:p>
    <w:p>
      <w:r>
        <w:t>CHALLENGE: Use CAN or CAN'T in your funny ending!</w:t>
      </w:r>
    </w:p>
    <w:p>
      <w:r>
        <w:br w:type="page"/>
      </w:r>
    </w:p>
    <w:p>
      <w:pPr>
        <w:pStyle w:val="Title"/>
      </w:pPr>
      <w:r>
        <w:t>LOOK, POINT &amp; SAY</w:t>
      </w:r>
    </w:p>
    <w:p>
      <w:r>
        <w:t>Picture support - two short activities</w:t>
      </w:r>
    </w:p>
    <w:p>
      <w:r>
        <w:t>Name: ______________________    Class: ________    Date: __________</w:t>
      </w:r>
    </w:p>
    <w:p>
      <w:pPr>
        <w:pStyle w:val="Heading1"/>
      </w:pPr>
      <w:r>
        <w:t>1. Look and repeat.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12000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_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12000" cy="100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_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12000" cy="100799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_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324"/>
          </w:tcPr>
          <w:p>
            <w:r>
              <w:t>FLOWERS</w:t>
            </w:r>
          </w:p>
        </w:tc>
        <w:tc>
          <w:tcPr>
            <w:tcW w:type="dxa" w:w="3324"/>
          </w:tcPr>
          <w:p>
            <w:r>
              <w:t>CAMERA</w:t>
            </w:r>
          </w:p>
        </w:tc>
        <w:tc>
          <w:tcPr>
            <w:tcW w:type="dxa" w:w="3324"/>
          </w:tcPr>
          <w:p>
            <w:r>
              <w:t>DOG</w:t>
            </w:r>
          </w:p>
        </w:tc>
      </w:tr>
    </w:tbl>
    <w:p>
      <w:pPr>
        <w:pStyle w:val="Heading1"/>
      </w:pPr>
      <w:r>
        <w:t>2. Copy two words.</w:t>
      </w:r>
    </w:p>
    <w:p>
      <w:r>
        <w:t>DOG  __________________________________________________________</w:t>
      </w:r>
    </w:p>
    <w:p/>
    <w:p>
      <w:r>
        <w:t>CAMERA  _____________________________________________________</w:t>
      </w:r>
    </w:p>
    <w:p>
      <w:r>
        <w:br w:type="page"/>
      </w:r>
    </w:p>
    <w:p>
      <w:pPr>
        <w:pStyle w:val="Title"/>
      </w:pPr>
      <w:r>
        <w:t>READ, CHOOSE &amp; WRITE</w:t>
      </w:r>
    </w:p>
    <w:p>
      <w:r>
        <w:t>Supported short sentences</w:t>
      </w:r>
    </w:p>
    <w:p>
      <w:r>
        <w:t>Name: ______________________    Class: ________    Date: __________</w:t>
      </w:r>
    </w:p>
    <w:p>
      <w:pPr>
        <w:pStyle w:val="Heading1"/>
      </w:pPr>
      <w:r>
        <w:t>1. Read and circle the correct word.</w:t>
      </w:r>
    </w:p>
    <w:p>
      <w:r>
        <w:t>Dad has a ( camera / pencil ).</w:t>
      </w:r>
    </w:p>
    <w:p>
      <w:r>
        <w:t>Puddle is a ( dog / cat ).</w:t>
      </w:r>
    </w:p>
    <w:p>
      <w:r>
        <w:t>Puddle takes the ( flowers / camera ).</w:t>
      </w:r>
    </w:p>
    <w:p>
      <w:r>
        <w:t>Zara can ( help / fly ).</w:t>
      </w:r>
    </w:p>
    <w:p>
      <w:pPr>
        <w:pStyle w:val="Heading1"/>
      </w:pPr>
      <w:r>
        <w:t>2. Complete the mini-story.</w:t>
      </w:r>
    </w:p>
    <w:p>
      <w:r>
        <w:t>Word bank: PHOTO    DOG    LAUGH</w:t>
      </w:r>
    </w:p>
    <w:p>
      <w:r>
        <w:t>The family wants a _____________.</w:t>
      </w:r>
    </w:p>
    <w:p>
      <w:r>
        <w:t>Puddle is the family _____________.</w:t>
      </w:r>
    </w:p>
    <w:p>
      <w:r>
        <w:t>Everyone can ______________.</w:t>
      </w:r>
    </w:p>
    <w:p>
      <w:r>
        <w:br w:type="page"/>
      </w:r>
    </w:p>
    <w:p>
      <w:pPr>
        <w:pStyle w:val="Title"/>
      </w:pPr>
      <w:r>
        <w:t>THE FUNNY PHOTO CHALLENGE</w:t>
      </w:r>
    </w:p>
    <w:p>
      <w:r>
        <w:t>Talk, choose and invent!</w:t>
      </w:r>
    </w:p>
    <w:p>
      <w:r>
        <w:t>Name: ______________________    Class: ________    Date: __________</w:t>
      </w:r>
    </w:p>
    <w:p>
      <w:pPr>
        <w:pStyle w:val="Heading1"/>
      </w:pPr>
      <w:r>
        <w:t>1. Choose the best answer.</w:t>
      </w:r>
    </w:p>
    <w:p>
      <w:r>
        <w:t>Who takes the flowers?</w:t>
      </w:r>
    </w:p>
    <w:p>
      <w:r>
        <w:t>[  ] Zara     [  ] Puddle     [  ] Dad</w:t>
      </w:r>
    </w:p>
    <w:p>
      <w:r>
        <w:t>What can Dad do?</w:t>
      </w:r>
    </w:p>
    <w:p>
      <w:r>
        <w:t>[  ] Set the timer     [  ] Fly     [  ] Swim</w:t>
      </w:r>
    </w:p>
    <w:p>
      <w:r>
        <w:t>How do they feel at the end?</w:t>
      </w:r>
    </w:p>
    <w:p>
      <w:r>
        <w:t>[  ] Angry     [  ] Sad     [  ] Happy</w:t>
      </w:r>
    </w:p>
    <w:p>
      <w:pPr>
        <w:pStyle w:val="Heading1"/>
      </w:pPr>
      <w:r>
        <w:t>2. Be a comedy writer.</w:t>
      </w:r>
    </w:p>
    <w:p>
      <w:r>
        <w:t>Choose ONE funny idea: The dog returns the flowers / Dad sneezes / Grandma dances.</w:t>
      </w:r>
    </w:p>
    <w:p>
      <w:r>
        <w:t>Zara: ______________________________________________________________</w:t>
      </w:r>
    </w:p>
    <w:p>
      <w:r>
        <w:t>Dad / Grandma: ____________________________________________________</w:t>
      </w:r>
    </w:p>
    <w:sectPr w:rsidR="00FC693F" w:rsidRPr="0006063C" w:rsidSect="00034616">
      <w:footerReference w:type="default" r:id="rId12"/>
      <w:pgSz w:w="12240" w:h="15840"/>
      <w:pgMar w:top="1077" w:right="1134" w:bottom="99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378"/>
        <w:sz w:val="16"/>
      </w:rPr>
      <w:t>Original story - Maestra Bia   |   English - Class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7E8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77E89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Funny Family Photo - Worksheet</dc:title>
  <dc:subject/>
  <dc:creator>Maestra Bia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